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0027" w14:textId="77777777" w:rsidR="00635707" w:rsidRPr="0013376E" w:rsidRDefault="00000000">
      <w:pPr>
        <w:rPr>
          <w:sz w:val="18"/>
          <w:szCs w:val="18"/>
        </w:rPr>
      </w:pPr>
      <w:r w:rsidRPr="0013376E">
        <w:rPr>
          <w:rFonts w:eastAsia="Arial"/>
          <w:b/>
          <w:sz w:val="28"/>
          <w:szCs w:val="18"/>
        </w:rPr>
        <w:t>Product name: PDM – DIN 13169 Reintegro</w:t>
      </w:r>
    </w:p>
    <w:p w14:paraId="14818D98" w14:textId="77777777" w:rsidR="00635707" w:rsidRPr="0013376E" w:rsidRDefault="00000000">
      <w:pPr>
        <w:rPr>
          <w:sz w:val="18"/>
          <w:szCs w:val="18"/>
        </w:rPr>
      </w:pPr>
      <w:r w:rsidRPr="0013376E">
        <w:rPr>
          <w:rFonts w:eastAsia="Arial"/>
          <w:b/>
          <w:sz w:val="28"/>
          <w:szCs w:val="18"/>
        </w:rPr>
        <w:t>Cod: PDM058</w:t>
      </w:r>
    </w:p>
    <w:p w14:paraId="4921C740" w14:textId="389BE31D" w:rsidR="00635707" w:rsidRPr="0013376E" w:rsidRDefault="00F246BC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6322039" wp14:editId="1F5DE558">
            <wp:simplePos x="0" y="0"/>
            <wp:positionH relativeFrom="column">
              <wp:posOffset>-253365</wp:posOffset>
            </wp:positionH>
            <wp:positionV relativeFrom="paragraph">
              <wp:posOffset>756920</wp:posOffset>
            </wp:positionV>
            <wp:extent cx="6628130" cy="2105025"/>
            <wp:effectExtent l="0" t="0" r="127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c12a01-d9a0-4a40-9cc7-838882b33e7c.png"/>
                    <pic:cNvPicPr/>
                  </pic:nvPicPr>
                  <pic:blipFill rotWithShape="1">
                    <a:blip r:embed="rId8"/>
                    <a:srcRect t="25047" b="2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3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376E">
        <w:rPr>
          <w:rFonts w:eastAsia="Arial"/>
          <w:b/>
          <w:sz w:val="28"/>
          <w:szCs w:val="18"/>
        </w:rPr>
        <w:t>Regulations: The products defined as medical devices are compliant with MDR 745/2017 of 05/04/2017</w:t>
      </w:r>
    </w:p>
    <w:p w14:paraId="2FE5C395" w14:textId="7FF510D1" w:rsidR="00635707" w:rsidRDefault="00635707">
      <w:pPr>
        <w:pBdr>
          <w:bottom w:val="single" w:sz="8" w:space="1" w:color="000000"/>
        </w:pBdr>
      </w:pPr>
    </w:p>
    <w:p w14:paraId="1C8D0319" w14:textId="4BCAA800" w:rsidR="00635707" w:rsidRDefault="00635707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803"/>
      </w:tblGrid>
      <w:tr w:rsidR="00635707" w:rsidRPr="00842D1E" w14:paraId="7DF55FC5" w14:textId="77777777">
        <w:trPr>
          <w:jc w:val="center"/>
        </w:trPr>
        <w:tc>
          <w:tcPr>
            <w:tcW w:w="2551" w:type="dxa"/>
          </w:tcPr>
          <w:p w14:paraId="68BC92FF" w14:textId="77777777" w:rsidR="00635707" w:rsidRDefault="00000000">
            <w:r>
              <w:rPr>
                <w:rFonts w:eastAsia="Arial"/>
                <w:b/>
                <w:sz w:val="24"/>
              </w:rPr>
              <w:t>Italian</w:t>
            </w:r>
          </w:p>
        </w:tc>
        <w:tc>
          <w:tcPr>
            <w:tcW w:w="6803" w:type="dxa"/>
          </w:tcPr>
          <w:p w14:paraId="25603454" w14:textId="77777777" w:rsidR="00635707" w:rsidRPr="0013376E" w:rsidRDefault="00635707">
            <w:pPr>
              <w:rPr>
                <w:lang w:val="it-IT"/>
              </w:rPr>
            </w:pPr>
          </w:p>
          <w:p w14:paraId="76C43F5F" w14:textId="77777777" w:rsidR="00635707" w:rsidRPr="0013376E" w:rsidRDefault="00000000">
            <w:pPr>
              <w:rPr>
                <w:lang w:val="it-IT"/>
              </w:rPr>
            </w:pPr>
            <w:r w:rsidRPr="0013376E">
              <w:rPr>
                <w:rFonts w:eastAsia="Arial"/>
                <w:b/>
                <w:lang w:val="it-IT"/>
              </w:rPr>
              <w:t xml:space="preserve">Descrizione: </w:t>
            </w:r>
            <w:r w:rsidRPr="0013376E">
              <w:rPr>
                <w:rFonts w:eastAsia="Arial"/>
                <w:lang w:val="it-IT"/>
              </w:rPr>
              <w:t>Kit reintegro PDM per cassette DIN 13169, ricambi completi secondo norma.</w:t>
            </w:r>
          </w:p>
          <w:p w14:paraId="61C01CF1" w14:textId="75B7FB1D" w:rsidR="00635707" w:rsidRPr="0013376E" w:rsidRDefault="00000000">
            <w:pPr>
              <w:rPr>
                <w:lang w:val="it-IT"/>
              </w:rPr>
            </w:pPr>
            <w:r w:rsidRPr="0013376E">
              <w:rPr>
                <w:rFonts w:eastAsia="Arial"/>
                <w:b/>
                <w:lang w:val="it-IT"/>
              </w:rPr>
              <w:t xml:space="preserve">Dimensioni: </w:t>
            </w:r>
            <w:r w:rsidR="00842D1E" w:rsidRPr="00842D1E">
              <w:rPr>
                <w:rFonts w:eastAsia="Arial"/>
                <w:bCs/>
                <w:lang w:val="it-IT"/>
              </w:rPr>
              <w:t xml:space="preserve">20 X 12 X 3 </w:t>
            </w:r>
            <w:r w:rsidR="00842D1E">
              <w:rPr>
                <w:rFonts w:eastAsia="Arial"/>
                <w:bCs/>
                <w:lang w:val="it-IT"/>
              </w:rPr>
              <w:t>Cm</w:t>
            </w:r>
            <w:r w:rsidRPr="00842D1E">
              <w:rPr>
                <w:rFonts w:eastAsia="Arial"/>
                <w:bCs/>
                <w:lang w:val="it-IT"/>
              </w:rPr>
              <w:t>·</w:t>
            </w:r>
            <w:r w:rsidRPr="0013376E">
              <w:rPr>
                <w:rFonts w:eastAsia="Arial"/>
                <w:lang w:val="it-IT"/>
              </w:rPr>
              <w:t xml:space="preserve"> </w:t>
            </w:r>
            <w:r w:rsidRPr="00842D1E">
              <w:rPr>
                <w:rFonts w:eastAsia="Arial"/>
                <w:b/>
                <w:bCs/>
                <w:lang w:val="it-IT"/>
              </w:rPr>
              <w:t>Peso</w:t>
            </w:r>
            <w:r w:rsidRPr="0013376E">
              <w:rPr>
                <w:rFonts w:eastAsia="Arial"/>
                <w:lang w:val="it-IT"/>
              </w:rPr>
              <w:t>: 4,82 kg</w:t>
            </w:r>
          </w:p>
          <w:p w14:paraId="22232617" w14:textId="77777777" w:rsidR="00635707" w:rsidRPr="0013376E" w:rsidRDefault="00000000">
            <w:pPr>
              <w:rPr>
                <w:lang w:val="it-IT"/>
              </w:rPr>
            </w:pPr>
            <w:r w:rsidRPr="0013376E">
              <w:rPr>
                <w:rFonts w:eastAsia="Arial"/>
                <w:b/>
                <w:lang w:val="it-IT"/>
              </w:rPr>
              <w:t xml:space="preserve">Istruzioni: </w:t>
            </w:r>
            <w:r w:rsidRPr="0013376E">
              <w:rPr>
                <w:rFonts w:eastAsia="Arial"/>
                <w:lang w:val="it-IT"/>
              </w:rPr>
              <w:t>Sostituire gli articoli usati/scaduti e conservare in luogo asciutto e pulito, lontano da fonti di calore.</w:t>
            </w:r>
          </w:p>
          <w:p w14:paraId="39790058" w14:textId="77777777" w:rsidR="00635707" w:rsidRPr="0013376E" w:rsidRDefault="00000000">
            <w:pPr>
              <w:rPr>
                <w:lang w:val="it-IT"/>
              </w:rPr>
            </w:pPr>
            <w:r w:rsidRPr="0013376E">
              <w:rPr>
                <w:rFonts w:eastAsia="Arial"/>
                <w:b/>
                <w:lang w:val="it-IT"/>
              </w:rPr>
              <w:t>Contenuto del kit:</w:t>
            </w:r>
          </w:p>
          <w:p w14:paraId="720F0E73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1 × Imballo OLIMPIA neutro</w:t>
            </w:r>
          </w:p>
          <w:p w14:paraId="46AA53DA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2 × Rocchetto cerotto TNT 5 m × 2.5 cm</w:t>
            </w:r>
          </w:p>
          <w:p w14:paraId="0F5FB8A0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3 × 30 cerotti assortiti in </w:t>
            </w:r>
            <w:proofErr w:type="spellStart"/>
            <w:r w:rsidRPr="0013376E">
              <w:rPr>
                <w:rFonts w:eastAsia="Arial"/>
                <w:lang w:val="it-IT"/>
              </w:rPr>
              <w:t>minigrip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(DIN 13157)</w:t>
            </w:r>
          </w:p>
          <w:p w14:paraId="663A9136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</w:t>
            </w:r>
            <w:proofErr w:type="spellStart"/>
            <w:r w:rsidRPr="0013376E">
              <w:rPr>
                <w:rFonts w:eastAsia="Arial"/>
                <w:lang w:val="it-IT"/>
              </w:rPr>
              <w:t>Tampobenda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60 × 80 cm (DIN 13151-K)</w:t>
            </w:r>
          </w:p>
          <w:p w14:paraId="6FE1C292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6 × </w:t>
            </w:r>
            <w:proofErr w:type="spellStart"/>
            <w:r w:rsidRPr="0013376E">
              <w:rPr>
                <w:rFonts w:eastAsia="Arial"/>
                <w:lang w:val="it-IT"/>
              </w:rPr>
              <w:t>Tampobenda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80 × 100 cm sterile (M)</w:t>
            </w:r>
          </w:p>
          <w:p w14:paraId="42F241D7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</w:t>
            </w:r>
            <w:proofErr w:type="spellStart"/>
            <w:r w:rsidRPr="0013376E">
              <w:rPr>
                <w:rFonts w:eastAsia="Arial"/>
                <w:lang w:val="it-IT"/>
              </w:rPr>
              <w:t>Tampobenda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100 × 120 cm sterile (G)</w:t>
            </w:r>
          </w:p>
          <w:p w14:paraId="62D4B709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2 × Telo sterile 60 × 80 cm (DIN 13152-A)</w:t>
            </w:r>
          </w:p>
          <w:p w14:paraId="157EBD9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12 × Compresse di garza sterili 10 × 10 cm, 8 strati</w:t>
            </w:r>
          </w:p>
          <w:p w14:paraId="3A3D3F13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lastRenderedPageBreak/>
              <w:t>• 4 × Compresse oculari sterili adesive (TNT)</w:t>
            </w:r>
          </w:p>
          <w:p w14:paraId="5AA98C39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2 × Coperta isotermica oro/argento 160 × 210 cm</w:t>
            </w:r>
          </w:p>
          <w:p w14:paraId="35755C1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4 × Benda elastica 4 m × 6 cm (DIN 61634)</w:t>
            </w:r>
          </w:p>
          <w:p w14:paraId="725BDCF0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4 × Benda elastica 4 m × 8 cm (DIN 61634)</w:t>
            </w:r>
          </w:p>
          <w:p w14:paraId="4937CE8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4 × Telo triangolare TNT 96 × 96 × 136 cm</w:t>
            </w:r>
          </w:p>
          <w:p w14:paraId="7CFC2906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1 × Forbici Lister 19 cm (DIN 58279-A190)</w:t>
            </w:r>
          </w:p>
          <w:p w14:paraId="70BECCA7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Sacchetti trasparenti </w:t>
            </w:r>
            <w:proofErr w:type="spellStart"/>
            <w:r w:rsidRPr="0013376E">
              <w:rPr>
                <w:rFonts w:eastAsia="Arial"/>
                <w:lang w:val="it-IT"/>
              </w:rPr>
              <w:t>minigrip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300 × 400 mm</w:t>
            </w:r>
          </w:p>
          <w:p w14:paraId="62BE1E13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2 × Confezione guanti in vinile (4 pz)</w:t>
            </w:r>
          </w:p>
          <w:p w14:paraId="32949F09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3 × Cerotti 10 × 6 cm (8 pz) (DIN 13019)</w:t>
            </w:r>
          </w:p>
          <w:p w14:paraId="0AA5F7D6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2 × Ghiaccio istantaneo (ICE PACK)</w:t>
            </w:r>
          </w:p>
          <w:p w14:paraId="1C217ED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1 × Manuale “LEBENSRETTENDE SOFORTMASSNAHMEN”</w:t>
            </w:r>
          </w:p>
          <w:p w14:paraId="4C0CF858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1 × Pacchetto 10 fazzoletti di carta, 3 veli</w:t>
            </w:r>
          </w:p>
          <w:p w14:paraId="28A01ED0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8 × Salviette disinfettanti battericide “PURAVIR”</w:t>
            </w:r>
          </w:p>
          <w:p w14:paraId="21CAD90C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>• 4 × Mascherina chirurgica tipo IIR PVS, 3 veli</w:t>
            </w:r>
          </w:p>
        </w:tc>
      </w:tr>
      <w:tr w:rsidR="00635707" w14:paraId="045028BD" w14:textId="77777777">
        <w:trPr>
          <w:jc w:val="center"/>
        </w:trPr>
        <w:tc>
          <w:tcPr>
            <w:tcW w:w="2551" w:type="dxa"/>
          </w:tcPr>
          <w:p w14:paraId="49681488" w14:textId="77777777" w:rsidR="00635707" w:rsidRDefault="00000000">
            <w:r>
              <w:rPr>
                <w:rFonts w:eastAsia="Arial"/>
                <w:b/>
                <w:sz w:val="24"/>
              </w:rPr>
              <w:lastRenderedPageBreak/>
              <w:t>English</w:t>
            </w:r>
          </w:p>
        </w:tc>
        <w:tc>
          <w:tcPr>
            <w:tcW w:w="6803" w:type="dxa"/>
          </w:tcPr>
          <w:p w14:paraId="38E88AEF" w14:textId="77777777" w:rsidR="00635707" w:rsidRDefault="00635707"/>
          <w:p w14:paraId="4C26D162" w14:textId="77777777" w:rsidR="00635707" w:rsidRDefault="00000000">
            <w:r>
              <w:rPr>
                <w:rFonts w:eastAsia="Arial"/>
                <w:b/>
              </w:rPr>
              <w:t xml:space="preserve">Description: </w:t>
            </w:r>
            <w:r>
              <w:rPr>
                <w:rFonts w:eastAsia="Arial"/>
              </w:rPr>
              <w:t>PDM refill kit for DIN 13169 cases, complete replacement supply according to the standard.</w:t>
            </w:r>
          </w:p>
          <w:p w14:paraId="083B7F49" w14:textId="7CFF124A" w:rsidR="00635707" w:rsidRDefault="00000000">
            <w:r>
              <w:rPr>
                <w:rFonts w:eastAsia="Arial"/>
                <w:b/>
              </w:rPr>
              <w:t xml:space="preserve">Dimensions: </w:t>
            </w:r>
            <w:r>
              <w:rPr>
                <w:rFonts w:eastAsia="Arial"/>
              </w:rPr>
              <w:t>Dimensions:</w:t>
            </w:r>
            <w:r w:rsidR="00842D1E" w:rsidRPr="00842D1E">
              <w:rPr>
                <w:rFonts w:eastAsia="Arial"/>
                <w:bCs/>
                <w:lang w:val="en-GB"/>
              </w:rPr>
              <w:t xml:space="preserve"> </w:t>
            </w:r>
            <w:r w:rsidR="00842D1E" w:rsidRPr="00842D1E">
              <w:rPr>
                <w:rFonts w:eastAsia="Arial"/>
                <w:bCs/>
                <w:lang w:val="en-GB"/>
              </w:rPr>
              <w:t>20 X 12 X 3 Cm</w:t>
            </w:r>
            <w:r>
              <w:rPr>
                <w:rFonts w:eastAsia="Arial"/>
              </w:rPr>
              <w:t xml:space="preserve"> · Weight: 4.82 kg</w:t>
            </w:r>
          </w:p>
          <w:p w14:paraId="6D8ECF76" w14:textId="77777777" w:rsidR="00635707" w:rsidRDefault="00000000">
            <w:r>
              <w:rPr>
                <w:rFonts w:eastAsia="Arial"/>
                <w:b/>
              </w:rPr>
              <w:t xml:space="preserve">Instructions: </w:t>
            </w:r>
            <w:r>
              <w:rPr>
                <w:rFonts w:eastAsia="Arial"/>
              </w:rPr>
              <w:t>Replace used/expired items and store in a clean, dry place away from heat sources.</w:t>
            </w:r>
          </w:p>
          <w:p w14:paraId="1AB9C7B3" w14:textId="77777777" w:rsidR="00635707" w:rsidRDefault="00000000">
            <w:r>
              <w:rPr>
                <w:rFonts w:eastAsia="Arial"/>
                <w:b/>
              </w:rPr>
              <w:t>Kit contents:</w:t>
            </w:r>
          </w:p>
          <w:p w14:paraId="642ECBC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Neutral OLIMPIA packaging</w:t>
            </w:r>
          </w:p>
          <w:p w14:paraId="724D9D5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Non-woven adhesive tape rolls 5 m × 2.5 cm</w:t>
            </w:r>
          </w:p>
          <w:p w14:paraId="269AD878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30 assorted plasters in minigrip (DIN 13157)</w:t>
            </w:r>
          </w:p>
          <w:p w14:paraId="1D6F4BC9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Pressure bandages 60 × 80 cm (DIN 13151-K)</w:t>
            </w:r>
          </w:p>
          <w:p w14:paraId="51BB2FD7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6 × Sterile pressure </w:t>
            </w:r>
            <w:proofErr w:type="spellStart"/>
            <w:r w:rsidRPr="0013376E">
              <w:rPr>
                <w:rFonts w:eastAsia="Arial"/>
                <w:lang w:val="it-IT"/>
              </w:rPr>
              <w:t>bandages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80 × 100 cm (M)</w:t>
            </w:r>
          </w:p>
          <w:p w14:paraId="1527326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Sterile pressure </w:t>
            </w:r>
            <w:proofErr w:type="spellStart"/>
            <w:r w:rsidRPr="0013376E">
              <w:rPr>
                <w:rFonts w:eastAsia="Arial"/>
                <w:lang w:val="it-IT"/>
              </w:rPr>
              <w:t>bandages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100 × 120 cm (L)</w:t>
            </w:r>
          </w:p>
          <w:p w14:paraId="1BC6924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Sterile drapes 60 × 80 cm (DIN 13152-A)</w:t>
            </w:r>
          </w:p>
          <w:p w14:paraId="2BE7AD3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lastRenderedPageBreak/>
              <w:t>• 12 × Sterile gauze pads 10 × 10 cm, 8-ply</w:t>
            </w:r>
          </w:p>
          <w:p w14:paraId="71EC68D2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Sterile adhesive eye pads (non-woven)</w:t>
            </w:r>
          </w:p>
          <w:p w14:paraId="157E44B1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Thermal emergency blankets gold/silver 160 × 210 cm</w:t>
            </w:r>
          </w:p>
          <w:p w14:paraId="281DEC48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</w:t>
            </w:r>
            <w:proofErr w:type="spellStart"/>
            <w:r w:rsidRPr="0013376E">
              <w:rPr>
                <w:rFonts w:eastAsia="Arial"/>
                <w:lang w:val="it-IT"/>
              </w:rPr>
              <w:t>Elastic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lang w:val="it-IT"/>
              </w:rPr>
              <w:t>bandage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4 m × 6 cm (DIN 61634)</w:t>
            </w:r>
          </w:p>
          <w:p w14:paraId="1EFE3F8E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</w:t>
            </w:r>
            <w:proofErr w:type="spellStart"/>
            <w:r w:rsidRPr="0013376E">
              <w:rPr>
                <w:rFonts w:eastAsia="Arial"/>
                <w:lang w:val="it-IT"/>
              </w:rPr>
              <w:t>Elastic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lang w:val="it-IT"/>
              </w:rPr>
              <w:t>bandage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4 m × 8 cm (DIN 61634)</w:t>
            </w:r>
          </w:p>
          <w:p w14:paraId="1AD8E34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4 × </w:t>
            </w:r>
            <w:proofErr w:type="gramStart"/>
            <w:r>
              <w:rPr>
                <w:rFonts w:eastAsia="Arial"/>
              </w:rPr>
              <w:t>Non-woven</w:t>
            </w:r>
            <w:proofErr w:type="gramEnd"/>
            <w:r>
              <w:rPr>
                <w:rFonts w:eastAsia="Arial"/>
              </w:rPr>
              <w:t xml:space="preserve"> triangular bandages 96 × 96 × 136 cm</w:t>
            </w:r>
          </w:p>
          <w:p w14:paraId="0D95146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Lister scissors 19 cm (DIN 58279-A190)</w:t>
            </w:r>
          </w:p>
          <w:p w14:paraId="2B3DABC9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Transparent minigrip bags 300 × 400 mm</w:t>
            </w:r>
          </w:p>
          <w:p w14:paraId="77F4001A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Boxes of vinyl gloves (4 pcs)</w:t>
            </w:r>
          </w:p>
          <w:p w14:paraId="66B4ED97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Plasters 10 × 6 cm (8 pcs) (DIN 13019)</w:t>
            </w:r>
          </w:p>
          <w:p w14:paraId="460B9558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Instant ice packs</w:t>
            </w:r>
          </w:p>
          <w:p w14:paraId="456D227E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Manual “LEBENSRETTENDE SOFORTMASSNAHMEN”</w:t>
            </w:r>
          </w:p>
          <w:p w14:paraId="06D1073B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Pack of 10 paper tissues, 3-ply</w:t>
            </w:r>
          </w:p>
          <w:p w14:paraId="1C0F128A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8 × “PURAVIR” bactericidal disinfectant wipes</w:t>
            </w:r>
          </w:p>
          <w:p w14:paraId="0947032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Surgical masks Type IIR PVS, 3-ply</w:t>
            </w:r>
          </w:p>
        </w:tc>
      </w:tr>
      <w:tr w:rsidR="00635707" w14:paraId="5C49D0DE" w14:textId="77777777">
        <w:trPr>
          <w:jc w:val="center"/>
        </w:trPr>
        <w:tc>
          <w:tcPr>
            <w:tcW w:w="2551" w:type="dxa"/>
          </w:tcPr>
          <w:p w14:paraId="12379808" w14:textId="77777777" w:rsidR="00635707" w:rsidRDefault="00000000">
            <w:r>
              <w:rPr>
                <w:rFonts w:eastAsia="Arial"/>
                <w:b/>
                <w:sz w:val="24"/>
              </w:rPr>
              <w:lastRenderedPageBreak/>
              <w:t>French</w:t>
            </w:r>
          </w:p>
        </w:tc>
        <w:tc>
          <w:tcPr>
            <w:tcW w:w="6803" w:type="dxa"/>
          </w:tcPr>
          <w:p w14:paraId="79D01550" w14:textId="77777777" w:rsidR="00635707" w:rsidRDefault="00635707"/>
          <w:p w14:paraId="3ECE96EC" w14:textId="77777777" w:rsidR="00635707" w:rsidRDefault="00000000">
            <w:r>
              <w:rPr>
                <w:rFonts w:eastAsia="Arial"/>
                <w:b/>
              </w:rPr>
              <w:t xml:space="preserve">Description: </w:t>
            </w:r>
            <w:r>
              <w:rPr>
                <w:rFonts w:eastAsia="Arial"/>
              </w:rPr>
              <w:t>Kit de réassort PDM pour mallettes DIN 13169, fourniture complète conforme à la norme.</w:t>
            </w:r>
          </w:p>
          <w:p w14:paraId="1680B520" w14:textId="2F839B1C" w:rsidR="00635707" w:rsidRDefault="00000000">
            <w:r>
              <w:rPr>
                <w:rFonts w:eastAsia="Arial"/>
                <w:b/>
              </w:rPr>
              <w:t xml:space="preserve">Dimensions: </w:t>
            </w:r>
            <w:r w:rsidR="00842D1E" w:rsidRPr="00842D1E">
              <w:rPr>
                <w:rFonts w:eastAsia="Arial"/>
                <w:bCs/>
                <w:lang w:val="en-GB"/>
              </w:rPr>
              <w:t>20 X 12 X 3 Cm</w:t>
            </w:r>
            <w:r>
              <w:rPr>
                <w:rFonts w:eastAsia="Arial"/>
              </w:rPr>
              <w:t xml:space="preserve"> · </w:t>
            </w:r>
            <w:proofErr w:type="spellStart"/>
            <w:proofErr w:type="gramStart"/>
            <w:r w:rsidRPr="00842D1E">
              <w:rPr>
                <w:rFonts w:eastAsia="Arial"/>
                <w:b/>
                <w:bCs/>
              </w:rPr>
              <w:t>Poids</w:t>
            </w:r>
            <w:proofErr w:type="spellEnd"/>
            <w:r>
              <w:rPr>
                <w:rFonts w:eastAsia="Arial"/>
              </w:rPr>
              <w:t xml:space="preserve"> :</w:t>
            </w:r>
            <w:proofErr w:type="gramEnd"/>
            <w:r>
              <w:rPr>
                <w:rFonts w:eastAsia="Arial"/>
              </w:rPr>
              <w:t xml:space="preserve"> 4,82 kg</w:t>
            </w:r>
          </w:p>
          <w:p w14:paraId="62B15AD9" w14:textId="77777777" w:rsidR="00635707" w:rsidRDefault="00000000">
            <w:r>
              <w:rPr>
                <w:rFonts w:eastAsia="Arial"/>
                <w:b/>
              </w:rPr>
              <w:t xml:space="preserve">Mode d’emploi: </w:t>
            </w:r>
            <w:r>
              <w:rPr>
                <w:rFonts w:eastAsia="Arial"/>
              </w:rPr>
              <w:t>Remplacer les articles utilisés/périmés et conserver dans un endroit propre et sec, à l’abri de la chaleur.</w:t>
            </w:r>
          </w:p>
          <w:p w14:paraId="48F728F3" w14:textId="77777777" w:rsidR="00635707" w:rsidRPr="0013376E" w:rsidRDefault="00000000">
            <w:pPr>
              <w:rPr>
                <w:lang w:val="it-IT"/>
              </w:rPr>
            </w:pPr>
            <w:proofErr w:type="spellStart"/>
            <w:r w:rsidRPr="0013376E">
              <w:rPr>
                <w:rFonts w:eastAsia="Arial"/>
                <w:b/>
                <w:lang w:val="it-IT"/>
              </w:rPr>
              <w:t>Contenu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b/>
                <w:lang w:val="it-IT"/>
              </w:rPr>
              <w:t>du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 kit:</w:t>
            </w:r>
          </w:p>
          <w:p w14:paraId="4CEABE41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1 × </w:t>
            </w:r>
            <w:proofErr w:type="spellStart"/>
            <w:r w:rsidRPr="0013376E">
              <w:rPr>
                <w:rFonts w:eastAsia="Arial"/>
                <w:lang w:val="it-IT"/>
              </w:rPr>
              <w:t>Emballage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OLIMPIA neutre</w:t>
            </w:r>
          </w:p>
          <w:p w14:paraId="6491A47E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</w:t>
            </w:r>
            <w:proofErr w:type="spellStart"/>
            <w:r w:rsidRPr="0013376E">
              <w:rPr>
                <w:rFonts w:eastAsia="Arial"/>
                <w:lang w:val="it-IT"/>
              </w:rPr>
              <w:t>Rouleaux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de </w:t>
            </w:r>
            <w:proofErr w:type="spellStart"/>
            <w:r w:rsidRPr="0013376E">
              <w:rPr>
                <w:rFonts w:eastAsia="Arial"/>
                <w:lang w:val="it-IT"/>
              </w:rPr>
              <w:t>sparadrap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non </w:t>
            </w:r>
            <w:proofErr w:type="spellStart"/>
            <w:r w:rsidRPr="0013376E">
              <w:rPr>
                <w:rFonts w:eastAsia="Arial"/>
                <w:lang w:val="it-IT"/>
              </w:rPr>
              <w:t>tissé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5 m × 2,5 cm</w:t>
            </w:r>
          </w:p>
          <w:p w14:paraId="426070A8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30 pansements assortis en minigrip (DIN 13157)</w:t>
            </w:r>
          </w:p>
          <w:p w14:paraId="08CEB2AE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Pansements compressifs 60 × 80 cm (DIN 13151-K)</w:t>
            </w:r>
          </w:p>
          <w:p w14:paraId="7CA961E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6 × Pansements compressifs stériles 80 × 100 cm (M)</w:t>
            </w:r>
          </w:p>
          <w:p w14:paraId="091E9B17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Pansements compressifs stériles 100 × 120 cm (G)</w:t>
            </w:r>
          </w:p>
          <w:p w14:paraId="76307AA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lastRenderedPageBreak/>
              <w:t>• 2 × Champs stériles 60 × 80 cm (DIN 13152-A)</w:t>
            </w:r>
          </w:p>
          <w:p w14:paraId="3CDF16F7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12 × Compresses de gaze stériles 10 × 10 cm, 8 plis</w:t>
            </w:r>
          </w:p>
          <w:p w14:paraId="5580CC95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Compresses oculaires stériles adhésives (non tissé)</w:t>
            </w:r>
          </w:p>
          <w:p w14:paraId="49355B93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Couvertures isothermiques or/argent 160 × 210 cm</w:t>
            </w:r>
          </w:p>
          <w:p w14:paraId="1F07026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Bande élastique 4 m × 6 cm (DIN 61634)</w:t>
            </w:r>
          </w:p>
          <w:p w14:paraId="6AF2ECE5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Bande </w:t>
            </w:r>
            <w:proofErr w:type="spellStart"/>
            <w:r w:rsidRPr="0013376E">
              <w:rPr>
                <w:rFonts w:eastAsia="Arial"/>
                <w:lang w:val="it-IT"/>
              </w:rPr>
              <w:t>élastique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4 m × 8 cm (DIN 61634)</w:t>
            </w:r>
          </w:p>
          <w:p w14:paraId="04770D19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4 × </w:t>
            </w:r>
            <w:proofErr w:type="spellStart"/>
            <w:r>
              <w:rPr>
                <w:rFonts w:eastAsia="Arial"/>
              </w:rPr>
              <w:t>Écharpes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triangulaires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en</w:t>
            </w:r>
            <w:proofErr w:type="spellEnd"/>
            <w:r>
              <w:rPr>
                <w:rFonts w:eastAsia="Arial"/>
              </w:rPr>
              <w:t xml:space="preserve"> non-</w:t>
            </w:r>
            <w:proofErr w:type="spellStart"/>
            <w:r>
              <w:rPr>
                <w:rFonts w:eastAsia="Arial"/>
              </w:rPr>
              <w:t>tissé</w:t>
            </w:r>
            <w:proofErr w:type="spellEnd"/>
            <w:r>
              <w:rPr>
                <w:rFonts w:eastAsia="Arial"/>
              </w:rPr>
              <w:t xml:space="preserve"> 96 × 96 × 136 cm</w:t>
            </w:r>
          </w:p>
          <w:p w14:paraId="663E2DF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Ciseaux Lister 19 cm (DIN 58279-A190)</w:t>
            </w:r>
          </w:p>
          <w:p w14:paraId="7A75DA7B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Sacs transparents minigrip 300 × 400 mm</w:t>
            </w:r>
          </w:p>
          <w:p w14:paraId="164B8FA8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Boîtes de gants en vinyle (4 pcs)</w:t>
            </w:r>
          </w:p>
          <w:p w14:paraId="6BD2D3F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Pansements 10 × 6 cm (8 pcs) (DIN 13019)</w:t>
            </w:r>
          </w:p>
          <w:p w14:paraId="121A332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Poches de glace instantanée</w:t>
            </w:r>
          </w:p>
          <w:p w14:paraId="1228134B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Manuel « LEBENSRETTENDE SOFORTMASSNAHMEN »</w:t>
            </w:r>
          </w:p>
          <w:p w14:paraId="2678CE5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Paquet de 10 mouchoirs en papier, 3 couches</w:t>
            </w:r>
          </w:p>
          <w:p w14:paraId="0391560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8 × Lingettes désinfectantes bactéricides « PURAVIR »</w:t>
            </w:r>
          </w:p>
          <w:p w14:paraId="799ECDCB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Masques chirurgicaux type IIR PVS, 3 plis</w:t>
            </w:r>
          </w:p>
        </w:tc>
      </w:tr>
      <w:tr w:rsidR="00635707" w14:paraId="4B0CC488" w14:textId="77777777">
        <w:trPr>
          <w:jc w:val="center"/>
        </w:trPr>
        <w:tc>
          <w:tcPr>
            <w:tcW w:w="2551" w:type="dxa"/>
          </w:tcPr>
          <w:p w14:paraId="16DEB2B0" w14:textId="77777777" w:rsidR="00635707" w:rsidRDefault="00000000">
            <w:r>
              <w:rPr>
                <w:rFonts w:eastAsia="Arial"/>
                <w:b/>
                <w:sz w:val="24"/>
              </w:rPr>
              <w:lastRenderedPageBreak/>
              <w:t>German</w:t>
            </w:r>
          </w:p>
        </w:tc>
        <w:tc>
          <w:tcPr>
            <w:tcW w:w="6803" w:type="dxa"/>
          </w:tcPr>
          <w:p w14:paraId="7879BBD6" w14:textId="77777777" w:rsidR="00635707" w:rsidRDefault="00635707"/>
          <w:p w14:paraId="7127FFE5" w14:textId="77777777" w:rsidR="00635707" w:rsidRDefault="00000000">
            <w:r>
              <w:rPr>
                <w:rFonts w:eastAsia="Arial"/>
                <w:b/>
              </w:rPr>
              <w:t xml:space="preserve">Beschreibung: </w:t>
            </w:r>
            <w:r>
              <w:rPr>
                <w:rFonts w:eastAsia="Arial"/>
              </w:rPr>
              <w:t xml:space="preserve">PDM-Nachfüllset für DIN-13169-Koffer, </w:t>
            </w:r>
            <w:proofErr w:type="spellStart"/>
            <w:r>
              <w:rPr>
                <w:rFonts w:eastAsia="Arial"/>
              </w:rPr>
              <w:t>vollständige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Ersatzbestückung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gemäß</w:t>
            </w:r>
            <w:proofErr w:type="spellEnd"/>
            <w:r>
              <w:rPr>
                <w:rFonts w:eastAsia="Arial"/>
              </w:rPr>
              <w:t xml:space="preserve"> Norm.</w:t>
            </w:r>
          </w:p>
          <w:p w14:paraId="2690D779" w14:textId="1DB7E280" w:rsidR="00635707" w:rsidRDefault="00000000">
            <w:r>
              <w:rPr>
                <w:rFonts w:eastAsia="Arial"/>
                <w:b/>
              </w:rPr>
              <w:t>Abmessungen</w:t>
            </w:r>
            <w:proofErr w:type="gramStart"/>
            <w:r>
              <w:rPr>
                <w:rFonts w:eastAsia="Arial"/>
                <w:b/>
              </w:rPr>
              <w:t xml:space="preserve">: </w:t>
            </w:r>
            <w:r>
              <w:rPr>
                <w:rFonts w:eastAsia="Arial"/>
              </w:rPr>
              <w:t>.</w:t>
            </w:r>
            <w:proofErr w:type="gramEnd"/>
            <w:r w:rsidR="00842D1E" w:rsidRPr="00842D1E">
              <w:rPr>
                <w:rFonts w:eastAsia="Arial"/>
                <w:bCs/>
                <w:lang w:val="en-GB"/>
              </w:rPr>
              <w:t xml:space="preserve"> </w:t>
            </w:r>
            <w:r w:rsidR="00842D1E" w:rsidRPr="00842D1E">
              <w:rPr>
                <w:rFonts w:eastAsia="Arial"/>
                <w:bCs/>
                <w:lang w:val="en-GB"/>
              </w:rPr>
              <w:t>20 X 12 X 3 Cm</w:t>
            </w:r>
            <w:r>
              <w:rPr>
                <w:rFonts w:eastAsia="Arial"/>
              </w:rPr>
              <w:t xml:space="preserve"> · </w:t>
            </w:r>
            <w:r w:rsidRPr="00842D1E">
              <w:rPr>
                <w:rFonts w:eastAsia="Arial"/>
                <w:b/>
                <w:bCs/>
              </w:rPr>
              <w:t>Gewicht</w:t>
            </w:r>
            <w:r>
              <w:rPr>
                <w:rFonts w:eastAsia="Arial"/>
              </w:rPr>
              <w:t>: 4,82 kg</w:t>
            </w:r>
          </w:p>
          <w:p w14:paraId="1DA70A5C" w14:textId="77777777" w:rsidR="00635707" w:rsidRDefault="00000000">
            <w:r>
              <w:rPr>
                <w:rFonts w:eastAsia="Arial"/>
                <w:b/>
              </w:rPr>
              <w:t xml:space="preserve">Anleitung: </w:t>
            </w:r>
            <w:r>
              <w:rPr>
                <w:rFonts w:eastAsia="Arial"/>
              </w:rPr>
              <w:t>Verbrauchte/abgelaufene Artikel ersetzen und kühl sowie trocken lagern, fern von Wärmequellen.</w:t>
            </w:r>
          </w:p>
          <w:p w14:paraId="2C453740" w14:textId="77777777" w:rsidR="00635707" w:rsidRDefault="00000000">
            <w:r>
              <w:rPr>
                <w:rFonts w:eastAsia="Arial"/>
                <w:b/>
              </w:rPr>
              <w:t>Lieferumfang:</w:t>
            </w:r>
          </w:p>
          <w:p w14:paraId="76656531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Neutraler OLIMPIA-Karton</w:t>
            </w:r>
          </w:p>
          <w:p w14:paraId="2AE80BED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Fixierpflaster Vlies Rollen 5 m × 2,5 cm</w:t>
            </w:r>
          </w:p>
          <w:p w14:paraId="231E5825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30 Pflaster assortiert im Minigrip (DIN 13157)</w:t>
            </w:r>
          </w:p>
          <w:p w14:paraId="5E283D22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</w:t>
            </w:r>
            <w:proofErr w:type="spellStart"/>
            <w:r w:rsidRPr="0013376E">
              <w:rPr>
                <w:rFonts w:eastAsia="Arial"/>
                <w:lang w:val="it-IT"/>
              </w:rPr>
              <w:t>Druckverbände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60 × 80 cm (DIN 13151-K)</w:t>
            </w:r>
          </w:p>
          <w:p w14:paraId="48BE3C4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6 × Sterile </w:t>
            </w:r>
            <w:proofErr w:type="spellStart"/>
            <w:r w:rsidRPr="0013376E">
              <w:rPr>
                <w:rFonts w:eastAsia="Arial"/>
                <w:lang w:val="it-IT"/>
              </w:rPr>
              <w:t>Druckverbände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80 × 100 cm (M)</w:t>
            </w:r>
          </w:p>
          <w:p w14:paraId="451C7F50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lastRenderedPageBreak/>
              <w:t xml:space="preserve">• 2 × Sterile </w:t>
            </w:r>
            <w:proofErr w:type="spellStart"/>
            <w:r w:rsidRPr="0013376E">
              <w:rPr>
                <w:rFonts w:eastAsia="Arial"/>
                <w:lang w:val="it-IT"/>
              </w:rPr>
              <w:t>Druckverbände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100 × 120 cm (G)</w:t>
            </w:r>
          </w:p>
          <w:p w14:paraId="714CE704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Sterile </w:t>
            </w:r>
            <w:proofErr w:type="spellStart"/>
            <w:r w:rsidRPr="0013376E">
              <w:rPr>
                <w:rFonts w:eastAsia="Arial"/>
                <w:lang w:val="it-IT"/>
              </w:rPr>
              <w:t>Abdecktücher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60 × 80 cm (DIN 13152-A)</w:t>
            </w:r>
          </w:p>
          <w:p w14:paraId="2E47852E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12 × Sterile Mullkompressen 10 × 10 cm, 8-lagig</w:t>
            </w:r>
          </w:p>
          <w:p w14:paraId="08CD11F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Sterile, selbstklebende Augenkompressen (Vlies)</w:t>
            </w:r>
          </w:p>
          <w:p w14:paraId="3E3661C2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Rettungsdecken gold/silber 160 × 210 cm</w:t>
            </w:r>
          </w:p>
          <w:p w14:paraId="47511815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</w:t>
            </w:r>
            <w:proofErr w:type="spellStart"/>
            <w:r w:rsidRPr="0013376E">
              <w:rPr>
                <w:rFonts w:eastAsia="Arial"/>
                <w:lang w:val="it-IT"/>
              </w:rPr>
              <w:t>Elastische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Binde 4 m × 6 cm (DIN 61634)</w:t>
            </w:r>
          </w:p>
          <w:p w14:paraId="0D15B7D9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</w:t>
            </w:r>
            <w:proofErr w:type="spellStart"/>
            <w:r w:rsidRPr="0013376E">
              <w:rPr>
                <w:rFonts w:eastAsia="Arial"/>
                <w:lang w:val="it-IT"/>
              </w:rPr>
              <w:t>Elastische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Binde 4 m × 8 cm (DIN 61634)</w:t>
            </w:r>
          </w:p>
          <w:p w14:paraId="153AA79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4 × </w:t>
            </w:r>
            <w:proofErr w:type="spellStart"/>
            <w:r>
              <w:rPr>
                <w:rFonts w:eastAsia="Arial"/>
              </w:rPr>
              <w:t>Dreiecktücher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aus</w:t>
            </w:r>
            <w:proofErr w:type="spellEnd"/>
            <w:r>
              <w:rPr>
                <w:rFonts w:eastAsia="Arial"/>
              </w:rPr>
              <w:t xml:space="preserve"> Vlies 96 × 96 × 136 cm</w:t>
            </w:r>
          </w:p>
          <w:p w14:paraId="063D438D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Lister-Schere 19 cm (DIN 58279-A190)</w:t>
            </w:r>
          </w:p>
          <w:p w14:paraId="775521F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Transparente Minigrip-Beutel 300 × 400 mm</w:t>
            </w:r>
          </w:p>
          <w:p w14:paraId="18049484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Packungen Vinylhandschuhe (4 Stk.)</w:t>
            </w:r>
          </w:p>
          <w:p w14:paraId="02C23DA2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Pflaster 10 × 6 cm (8 Stk.) (DIN 13019)</w:t>
            </w:r>
          </w:p>
          <w:p w14:paraId="70C333B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Sofort-Kältebeutel</w:t>
            </w:r>
          </w:p>
          <w:p w14:paraId="0BA4A2D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Handbuch „LEBENSRETTENDE SOFORTMASSNAHMEN“</w:t>
            </w:r>
          </w:p>
          <w:p w14:paraId="4608FAE3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Päckchen mit 10 Papiertaschentüchern, 3-lagig</w:t>
            </w:r>
          </w:p>
          <w:p w14:paraId="618DA0F1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8 × Bakterizide Desinfektionstücher „PURAVIR“</w:t>
            </w:r>
          </w:p>
          <w:p w14:paraId="11642C86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Chirurgische Masken Typ IIR PVS, 3-lagig</w:t>
            </w:r>
          </w:p>
        </w:tc>
      </w:tr>
      <w:tr w:rsidR="00635707" w14:paraId="3A7CCB3F" w14:textId="77777777">
        <w:trPr>
          <w:jc w:val="center"/>
        </w:trPr>
        <w:tc>
          <w:tcPr>
            <w:tcW w:w="2551" w:type="dxa"/>
          </w:tcPr>
          <w:p w14:paraId="43DC638E" w14:textId="77777777" w:rsidR="00635707" w:rsidRDefault="00000000">
            <w:r>
              <w:rPr>
                <w:rFonts w:eastAsia="Arial"/>
                <w:b/>
                <w:sz w:val="24"/>
              </w:rPr>
              <w:lastRenderedPageBreak/>
              <w:t>Spanish</w:t>
            </w:r>
          </w:p>
        </w:tc>
        <w:tc>
          <w:tcPr>
            <w:tcW w:w="6803" w:type="dxa"/>
          </w:tcPr>
          <w:p w14:paraId="78E429BB" w14:textId="77777777" w:rsidR="00635707" w:rsidRPr="0013376E" w:rsidRDefault="00635707">
            <w:pPr>
              <w:rPr>
                <w:lang w:val="it-IT"/>
              </w:rPr>
            </w:pPr>
          </w:p>
          <w:p w14:paraId="6421E165" w14:textId="77777777" w:rsidR="00635707" w:rsidRPr="0013376E" w:rsidRDefault="00000000">
            <w:pPr>
              <w:rPr>
                <w:lang w:val="it-IT"/>
              </w:rPr>
            </w:pPr>
            <w:proofErr w:type="spellStart"/>
            <w:r w:rsidRPr="0013376E">
              <w:rPr>
                <w:rFonts w:eastAsia="Arial"/>
                <w:b/>
                <w:lang w:val="it-IT"/>
              </w:rPr>
              <w:t>Descripción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: </w:t>
            </w:r>
            <w:r w:rsidRPr="0013376E">
              <w:rPr>
                <w:rFonts w:eastAsia="Arial"/>
                <w:lang w:val="it-IT"/>
              </w:rPr>
              <w:t xml:space="preserve">Kit de </w:t>
            </w:r>
            <w:proofErr w:type="spellStart"/>
            <w:r w:rsidRPr="0013376E">
              <w:rPr>
                <w:rFonts w:eastAsia="Arial"/>
                <w:lang w:val="it-IT"/>
              </w:rPr>
              <w:t>reposición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PDM para </w:t>
            </w:r>
            <w:proofErr w:type="spellStart"/>
            <w:r w:rsidRPr="0013376E">
              <w:rPr>
                <w:rFonts w:eastAsia="Arial"/>
                <w:lang w:val="it-IT"/>
              </w:rPr>
              <w:t>maletines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DIN 13169, </w:t>
            </w:r>
            <w:proofErr w:type="spellStart"/>
            <w:r w:rsidRPr="0013376E">
              <w:rPr>
                <w:rFonts w:eastAsia="Arial"/>
                <w:lang w:val="it-IT"/>
              </w:rPr>
              <w:t>suministro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completo conforme a la norma.</w:t>
            </w:r>
          </w:p>
          <w:p w14:paraId="02D0C047" w14:textId="31C7B404" w:rsidR="00635707" w:rsidRPr="0013376E" w:rsidRDefault="00000000">
            <w:pPr>
              <w:rPr>
                <w:lang w:val="it-IT"/>
              </w:rPr>
            </w:pPr>
            <w:proofErr w:type="spellStart"/>
            <w:r w:rsidRPr="0013376E">
              <w:rPr>
                <w:rFonts w:eastAsia="Arial"/>
                <w:b/>
                <w:lang w:val="it-IT"/>
              </w:rPr>
              <w:t>Dimensiones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: </w:t>
            </w:r>
            <w:r w:rsidR="00842D1E" w:rsidRPr="00842D1E">
              <w:rPr>
                <w:rFonts w:eastAsia="Arial"/>
                <w:bCs/>
                <w:lang w:val="it-IT"/>
              </w:rPr>
              <w:t>20 X 12 X 3 Cm</w:t>
            </w:r>
            <w:r w:rsidR="00842D1E" w:rsidRPr="00842D1E">
              <w:rPr>
                <w:rFonts w:eastAsia="Arial"/>
                <w:lang w:val="it-IT"/>
              </w:rPr>
              <w:t xml:space="preserve"> </w:t>
            </w:r>
            <w:r w:rsidRPr="0013376E">
              <w:rPr>
                <w:rFonts w:eastAsia="Arial"/>
                <w:lang w:val="it-IT"/>
              </w:rPr>
              <w:t xml:space="preserve">· </w:t>
            </w:r>
            <w:r w:rsidRPr="00842D1E">
              <w:rPr>
                <w:rFonts w:eastAsia="Arial"/>
                <w:b/>
                <w:bCs/>
                <w:lang w:val="it-IT"/>
              </w:rPr>
              <w:t>Peso</w:t>
            </w:r>
            <w:r w:rsidRPr="0013376E">
              <w:rPr>
                <w:rFonts w:eastAsia="Arial"/>
                <w:lang w:val="it-IT"/>
              </w:rPr>
              <w:t>: 4,82 kg</w:t>
            </w:r>
          </w:p>
          <w:p w14:paraId="1D6D1C71" w14:textId="77777777" w:rsidR="00635707" w:rsidRPr="0013376E" w:rsidRDefault="00000000">
            <w:pPr>
              <w:rPr>
                <w:lang w:val="it-IT"/>
              </w:rPr>
            </w:pPr>
            <w:proofErr w:type="spellStart"/>
            <w:r w:rsidRPr="0013376E">
              <w:rPr>
                <w:rFonts w:eastAsia="Arial"/>
                <w:b/>
                <w:lang w:val="it-IT"/>
              </w:rPr>
              <w:t>Instrucciones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: </w:t>
            </w:r>
            <w:proofErr w:type="spellStart"/>
            <w:r w:rsidRPr="0013376E">
              <w:rPr>
                <w:rFonts w:eastAsia="Arial"/>
                <w:lang w:val="it-IT"/>
              </w:rPr>
              <w:t>Sustituir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lang w:val="it-IT"/>
              </w:rPr>
              <w:t>artículos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lang w:val="it-IT"/>
              </w:rPr>
              <w:t>usados</w:t>
            </w:r>
            <w:proofErr w:type="spellEnd"/>
            <w:r w:rsidRPr="0013376E">
              <w:rPr>
                <w:rFonts w:eastAsia="Arial"/>
                <w:lang w:val="it-IT"/>
              </w:rPr>
              <w:t>/</w:t>
            </w:r>
            <w:proofErr w:type="spellStart"/>
            <w:r w:rsidRPr="0013376E">
              <w:rPr>
                <w:rFonts w:eastAsia="Arial"/>
                <w:lang w:val="it-IT"/>
              </w:rPr>
              <w:t>caducados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y conservar en un </w:t>
            </w:r>
            <w:proofErr w:type="spellStart"/>
            <w:r w:rsidRPr="0013376E">
              <w:rPr>
                <w:rFonts w:eastAsia="Arial"/>
                <w:lang w:val="it-IT"/>
              </w:rPr>
              <w:t>lugar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</w:t>
            </w:r>
            <w:proofErr w:type="spellStart"/>
            <w:r w:rsidRPr="0013376E">
              <w:rPr>
                <w:rFonts w:eastAsia="Arial"/>
                <w:lang w:val="it-IT"/>
              </w:rPr>
              <w:t>limpio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y seco, </w:t>
            </w:r>
            <w:proofErr w:type="spellStart"/>
            <w:r w:rsidRPr="0013376E">
              <w:rPr>
                <w:rFonts w:eastAsia="Arial"/>
                <w:lang w:val="it-IT"/>
              </w:rPr>
              <w:t>alejado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del calor.</w:t>
            </w:r>
          </w:p>
          <w:p w14:paraId="7DE8DAD0" w14:textId="77777777" w:rsidR="00635707" w:rsidRPr="0013376E" w:rsidRDefault="00000000">
            <w:pPr>
              <w:rPr>
                <w:lang w:val="it-IT"/>
              </w:rPr>
            </w:pPr>
            <w:proofErr w:type="spellStart"/>
            <w:r w:rsidRPr="0013376E">
              <w:rPr>
                <w:rFonts w:eastAsia="Arial"/>
                <w:b/>
                <w:lang w:val="it-IT"/>
              </w:rPr>
              <w:t>Contenido</w:t>
            </w:r>
            <w:proofErr w:type="spellEnd"/>
            <w:r w:rsidRPr="0013376E">
              <w:rPr>
                <w:rFonts w:eastAsia="Arial"/>
                <w:b/>
                <w:lang w:val="it-IT"/>
              </w:rPr>
              <w:t xml:space="preserve"> del kit:</w:t>
            </w:r>
          </w:p>
          <w:p w14:paraId="691F6482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1 × </w:t>
            </w:r>
            <w:proofErr w:type="spellStart"/>
            <w:r w:rsidRPr="0013376E">
              <w:rPr>
                <w:rFonts w:eastAsia="Arial"/>
                <w:lang w:val="it-IT"/>
              </w:rPr>
              <w:t>Embalaje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OLIMPIA neutro</w:t>
            </w:r>
          </w:p>
          <w:p w14:paraId="745FAE4F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Rollo de </w:t>
            </w:r>
            <w:proofErr w:type="spellStart"/>
            <w:r w:rsidRPr="0013376E">
              <w:rPr>
                <w:rFonts w:eastAsia="Arial"/>
                <w:lang w:val="it-IT"/>
              </w:rPr>
              <w:t>esparadrapo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no </w:t>
            </w:r>
            <w:proofErr w:type="spellStart"/>
            <w:r w:rsidRPr="0013376E">
              <w:rPr>
                <w:rFonts w:eastAsia="Arial"/>
                <w:lang w:val="it-IT"/>
              </w:rPr>
              <w:t>tejido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5 m × 2,5 cm</w:t>
            </w:r>
          </w:p>
          <w:p w14:paraId="15AEF9CC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30 tiritas surtidas en minigrip (DIN 13157)</w:t>
            </w:r>
          </w:p>
          <w:p w14:paraId="74B1CC91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Vendajes compresivos 60 × 80 cm (DIN 13151-K)</w:t>
            </w:r>
          </w:p>
          <w:p w14:paraId="6401BF2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lastRenderedPageBreak/>
              <w:t>• 6 × Vendajes compresivos estériles 80 × 100 cm (M)</w:t>
            </w:r>
          </w:p>
          <w:p w14:paraId="320E108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Vendajes compresivos estériles 100 × 120 cm (G)</w:t>
            </w:r>
          </w:p>
          <w:p w14:paraId="609E00E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Paños estériles 60 × 80 cm (DIN 13152-A)</w:t>
            </w:r>
          </w:p>
          <w:p w14:paraId="2896B98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12 × Compresas de gasa estériles 10 × 10 cm, 8 capas</w:t>
            </w:r>
          </w:p>
          <w:p w14:paraId="395733D3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Compresas oculares adhesivas estériles (no tejido)</w:t>
            </w:r>
          </w:p>
          <w:p w14:paraId="616BF4B3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2 × Mantas </w:t>
            </w:r>
            <w:proofErr w:type="spellStart"/>
            <w:r w:rsidRPr="0013376E">
              <w:rPr>
                <w:rFonts w:eastAsia="Arial"/>
                <w:lang w:val="it-IT"/>
              </w:rPr>
              <w:t>térmicas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oro/</w:t>
            </w:r>
            <w:proofErr w:type="spellStart"/>
            <w:r w:rsidRPr="0013376E">
              <w:rPr>
                <w:rFonts w:eastAsia="Arial"/>
                <w:lang w:val="it-IT"/>
              </w:rPr>
              <w:t>plata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160 × 210 cm</w:t>
            </w:r>
          </w:p>
          <w:p w14:paraId="05976912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Venda </w:t>
            </w:r>
            <w:proofErr w:type="spellStart"/>
            <w:r w:rsidRPr="0013376E">
              <w:rPr>
                <w:rFonts w:eastAsia="Arial"/>
                <w:lang w:val="it-IT"/>
              </w:rPr>
              <w:t>elástica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4 m × 6 cm (DIN 61634)</w:t>
            </w:r>
          </w:p>
          <w:p w14:paraId="1CA69C8D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4 × Venda </w:t>
            </w:r>
            <w:proofErr w:type="spellStart"/>
            <w:r w:rsidRPr="0013376E">
              <w:rPr>
                <w:rFonts w:eastAsia="Arial"/>
                <w:lang w:val="it-IT"/>
              </w:rPr>
              <w:t>elástica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4 m × 8 cm (DIN 61634)</w:t>
            </w:r>
          </w:p>
          <w:p w14:paraId="3ED08BDD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4 × </w:t>
            </w:r>
            <w:proofErr w:type="spellStart"/>
            <w:r>
              <w:rPr>
                <w:rFonts w:eastAsia="Arial"/>
              </w:rPr>
              <w:t>Cabestrillos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triangulares</w:t>
            </w:r>
            <w:proofErr w:type="spellEnd"/>
            <w:r>
              <w:rPr>
                <w:rFonts w:eastAsia="Arial"/>
              </w:rPr>
              <w:t xml:space="preserve"> de no tejido 96 × 96 × 136 cm</w:t>
            </w:r>
          </w:p>
          <w:p w14:paraId="6192716E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1 × </w:t>
            </w:r>
            <w:proofErr w:type="spellStart"/>
            <w:r w:rsidRPr="0013376E">
              <w:rPr>
                <w:rFonts w:eastAsia="Arial"/>
                <w:lang w:val="it-IT"/>
              </w:rPr>
              <w:t>Tijera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Lister 19 cm (DIN 58279-A190)</w:t>
            </w:r>
          </w:p>
          <w:p w14:paraId="4A16622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4 × </w:t>
            </w:r>
            <w:proofErr w:type="spellStart"/>
            <w:r>
              <w:rPr>
                <w:rFonts w:eastAsia="Arial"/>
              </w:rPr>
              <w:t>Bolsas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transparentes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minigrip</w:t>
            </w:r>
            <w:proofErr w:type="spellEnd"/>
            <w:r>
              <w:rPr>
                <w:rFonts w:eastAsia="Arial"/>
              </w:rPr>
              <w:t xml:space="preserve"> 300 × 400 mm</w:t>
            </w:r>
          </w:p>
          <w:p w14:paraId="57BF454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Cajas de guantes de vinilo (4 uds)</w:t>
            </w:r>
          </w:p>
          <w:p w14:paraId="5FD2BFD0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3 × Tiritas 10 × 6 cm (8 uds) (DIN 13019)</w:t>
            </w:r>
          </w:p>
          <w:p w14:paraId="33157FC8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2 × Bolsas de hielo instantáneo</w:t>
            </w:r>
          </w:p>
          <w:p w14:paraId="5AD3E0BD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1 × Manual « LEBENSRETTENDE SOFORTMASSNAHMEN »</w:t>
            </w:r>
          </w:p>
          <w:p w14:paraId="0D619EA3" w14:textId="77777777" w:rsidR="00635707" w:rsidRPr="0013376E" w:rsidRDefault="00000000">
            <w:pPr>
              <w:ind w:left="283" w:hanging="170"/>
              <w:rPr>
                <w:lang w:val="it-IT"/>
              </w:rPr>
            </w:pPr>
            <w:r w:rsidRPr="0013376E">
              <w:rPr>
                <w:rFonts w:eastAsia="Arial"/>
                <w:lang w:val="it-IT"/>
              </w:rPr>
              <w:t xml:space="preserve">• 1 × </w:t>
            </w:r>
            <w:proofErr w:type="spellStart"/>
            <w:r w:rsidRPr="0013376E">
              <w:rPr>
                <w:rFonts w:eastAsia="Arial"/>
                <w:lang w:val="it-IT"/>
              </w:rPr>
              <w:t>Paquete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de 10 </w:t>
            </w:r>
            <w:proofErr w:type="spellStart"/>
            <w:r w:rsidRPr="0013376E">
              <w:rPr>
                <w:rFonts w:eastAsia="Arial"/>
                <w:lang w:val="it-IT"/>
              </w:rPr>
              <w:t>pañuelos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 de </w:t>
            </w:r>
            <w:proofErr w:type="spellStart"/>
            <w:r w:rsidRPr="0013376E">
              <w:rPr>
                <w:rFonts w:eastAsia="Arial"/>
                <w:lang w:val="it-IT"/>
              </w:rPr>
              <w:t>papel</w:t>
            </w:r>
            <w:proofErr w:type="spellEnd"/>
            <w:r w:rsidRPr="0013376E">
              <w:rPr>
                <w:rFonts w:eastAsia="Arial"/>
                <w:lang w:val="it-IT"/>
              </w:rPr>
              <w:t xml:space="preserve">, 3 </w:t>
            </w:r>
            <w:proofErr w:type="spellStart"/>
            <w:r w:rsidRPr="0013376E">
              <w:rPr>
                <w:rFonts w:eastAsia="Arial"/>
                <w:lang w:val="it-IT"/>
              </w:rPr>
              <w:t>capas</w:t>
            </w:r>
            <w:proofErr w:type="spellEnd"/>
          </w:p>
          <w:p w14:paraId="750F7CDF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 xml:space="preserve">• 8 × </w:t>
            </w:r>
            <w:proofErr w:type="spellStart"/>
            <w:r>
              <w:rPr>
                <w:rFonts w:eastAsia="Arial"/>
              </w:rPr>
              <w:t>Toallitas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desinfectantes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bactericidas</w:t>
            </w:r>
            <w:proofErr w:type="spellEnd"/>
            <w:r>
              <w:rPr>
                <w:rFonts w:eastAsia="Arial"/>
              </w:rPr>
              <w:t xml:space="preserve"> « PURAVIR »</w:t>
            </w:r>
          </w:p>
          <w:p w14:paraId="6E3676E9" w14:textId="77777777" w:rsidR="00635707" w:rsidRDefault="00000000">
            <w:pPr>
              <w:ind w:left="283" w:hanging="170"/>
            </w:pPr>
            <w:r>
              <w:rPr>
                <w:rFonts w:eastAsia="Arial"/>
              </w:rPr>
              <w:t>• 4 × Mascarillas quirúrgicas tipo IIR PVS, 3 capas</w:t>
            </w:r>
          </w:p>
        </w:tc>
      </w:tr>
      <w:tr>
        <w:tc>
          <w:tcPr>
            <w:tcW w:w="2551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>Swedish</w:t>
            </w:r>
          </w:p>
        </w:tc>
        <w:tc>
          <w:tcPr>
            <w:tcW w:w="6803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 xml:space="preserve">Beskrivning: </w:t>
            </w:r>
            <w:r>
              <w:rPr>
                <w:rFonts w:ascii="Arial" w:hAnsi="Arial"/>
                <w:sz w:val="21"/>
              </w:rPr>
              <w:t>PDM-påfyllnadssats för första hjälpen-väskor enligt DIN 13169, med komplett ersättningsinnehåll enligt standarden.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Mått: </w:t>
            </w:r>
            <w:r>
              <w:rPr>
                <w:rFonts w:ascii="Arial" w:hAnsi="Arial"/>
                <w:sz w:val="21"/>
              </w:rPr>
              <w:t>20 × 12 × 3 cm · Vikt: 4,82 kg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Bruksanvisning: </w:t>
            </w:r>
            <w:r>
              <w:rPr>
                <w:rFonts w:ascii="Arial" w:hAnsi="Arial"/>
                <w:sz w:val="21"/>
              </w:rPr>
              <w:t>Byt ut använda eller utgångna artiklar och förvara satsen på en ren och torr plats, skyddad från värmekällor.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Förpackningens innehåll: 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Neutral OLIMPIA-förpackning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Rullar nonwoven-häfttejp 5 m × 2,5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30 blandade plåster i minigrip-påse (DIN 13157)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Tryckförband 60 × 80 cm (DIN 13151-K)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6 × Sterila tryckförband 80 × 100 cm (M)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Sterila tryckförband 100 × 120 cm (G)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Sterila dukar 60 × 80 cm (DIN 13152-A)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12 × Sterila gaskompresser 10 × 10 cm, 8 lager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Sterila självhäftande ögonkompresser (nonwoven)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Isotermiska räddningsfiltar guld/silver 160 × 210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Elastiska bindor 4 m × 6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Elastiska bindor 4 m × 8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Triangulära nonwoven-dukar 96 × 96 × 136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Lister-sax 19 cm (DIN 58279-A190)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Transparenta minigrip-påsar 300 × 400 mm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Förpackningar vinylhandskar (4 st.)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Plåster 10 × 6 cm (8 st.) (DIN 13019)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Omedelbara kylpåsar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Handbok ”LEBENSRETTENDE SOFORTMASSNAHMEN”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Förpackning med 10 pappersnäsdukar, 3 lager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8 × Bakteriedödande desinfektionsservetter ”PURAVIR”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Kirurgiska masker typ IIR PVS, 3 lager</w:t>
            </w:r>
          </w:p>
        </w:tc>
      </w:tr>
      <w:tr>
        <w:tc>
          <w:tcPr>
            <w:tcW w:w="2551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>Norwegian</w:t>
            </w:r>
          </w:p>
        </w:tc>
        <w:tc>
          <w:tcPr>
            <w:tcW w:w="6803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 xml:space="preserve">Beskrivelse: </w:t>
            </w:r>
            <w:r>
              <w:rPr>
                <w:rFonts w:ascii="Arial" w:hAnsi="Arial"/>
                <w:sz w:val="21"/>
              </w:rPr>
              <w:t>PDM-påfyllingssett for førstehjelpskofferter i samsvar med DIN 13169, med komplett erstatningsinnhold i henhold til standarden.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Dimensjoner: </w:t>
            </w:r>
            <w:r>
              <w:rPr>
                <w:rFonts w:ascii="Arial" w:hAnsi="Arial"/>
                <w:sz w:val="21"/>
              </w:rPr>
              <w:t>20 × 12 × 3 cm · Vekt: 4,82 kg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Bruksanvisning: </w:t>
            </w:r>
            <w:r>
              <w:rPr>
                <w:rFonts w:ascii="Arial" w:hAnsi="Arial"/>
                <w:sz w:val="21"/>
              </w:rPr>
              <w:t>Bytt ut brukte eller utløpte artikler, og oppbevar settet på et rent og tørt sted, beskyttet mot varmekilder.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Pakningsinnhold: 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Nøytral OLIMPIA-emballasje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Ruller med ikke-vevd heftetape 5 m × 2,5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30 assorterte plaster i minigrip-pose (DIN 13157)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Trykkbandasjer 60 × 80 cm (DIN 13151-K)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6 × Sterile trykkbandasjer 80 × 100 cm (M)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Sterile trykkbandasjer 100 × 120 cm (G)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Sterile duker 60 × 80 cm (DIN 13152-A)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12 × Sterile gaskompresser 10 × 10 cm, 8 lag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Sterile selvklebende øyekompresser (ikke-vevd)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Isotermiske redningstepper gull/sølv 160 × 210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Elastiske bandasjer 4 m × 6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Elastiske bandasjer 4 m × 8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Trekantede ikke-vevde duker 96 × 96 × 136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Lister-saks 19 cm (DIN 58279-A190)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Gjennomsiktige minigrip-poser 300 × 400 mm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Pakker vinylhansker (4 stk.)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Plaster 10 × 6 cm (8 stk.) (DIN 13019)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Hurtige kuldepakninger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Håndbok «LEBENSRETTENDE SOFORTMASSNAHMEN»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Pakke med 10 papirlommetørklær, 3 lag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8 × Bakteriedrepende desinfeksjonsservietter «PURAVIR»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Kirurgiske masker type IIR PVS, 3 lag</w:t>
            </w:r>
          </w:p>
        </w:tc>
      </w:tr>
      <w:tr>
        <w:tc>
          <w:tcPr>
            <w:tcW w:w="2551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>Finnish</w:t>
            </w:r>
          </w:p>
        </w:tc>
        <w:tc>
          <w:tcPr>
            <w:tcW w:w="6803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 xml:space="preserve">Kuvaus: </w:t>
            </w:r>
            <w:r>
              <w:rPr>
                <w:rFonts w:ascii="Arial" w:hAnsi="Arial"/>
                <w:sz w:val="21"/>
              </w:rPr>
              <w:t>DIN 13169 -standardin mukaisten ensiapulaukkujen PDM-täydennyspakkaus, joka sisältää standardin mukaisen täydellisen vaihtosisällön.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Mitat: </w:t>
            </w:r>
            <w:r>
              <w:rPr>
                <w:rFonts w:ascii="Arial" w:hAnsi="Arial"/>
                <w:sz w:val="21"/>
              </w:rPr>
              <w:t>20 × 12 × 3 cm · Paino: 4,82 kg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Käyttöohjeet: </w:t>
            </w:r>
            <w:r>
              <w:rPr>
                <w:rFonts w:ascii="Arial" w:hAnsi="Arial"/>
                <w:sz w:val="21"/>
              </w:rPr>
              <w:t>Vaihda käytetyt tai vanhentuneet tuotteet ja säilytä pakkaus puhtaassa ja kuivassa paikassa suojassa lämmönlähteiltä.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Pakkauksen sisältö: 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Neutraali OLIMPIA-pakkaus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Kuitukankaista kiinnitysteippirullaa 5 m × 2,5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30 valikoitua laastaria minigrip-pussissa (DIN 13157)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Painesidettä 60 × 80 cm (DIN 13151-K)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6 × Steriiliä painesidettä 80 × 100 cm (M)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Steriiliä painesidettä 100 × 120 cm (G)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Steriiliä suojaliinaa 60 × 80 cm (DIN 13152-A)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12 × Steriiliä sideharsotaitosta 10 × 10 cm, 8-kerroksisia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Steriiliä itseliimautuvaa silmähaavatyynyä (kuitukangas)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Isotermistä pelastuspeitettä, kulta/hopea, 160 × 210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Joustavaa sidettä 4 m × 6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Joustavaa sidettä 4 m × 8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Kolmioliinaa kuitukankaasta 96 × 96 × 136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Lister-sakset 19 cm (DIN 58279-A190)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Läpinäkyvää minigrip-pussia 300 × 400 mm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Pakkausta vinyylikäsineitä (4 kpl)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Laastaria 10 × 6 cm (8 kpl) (DIN 13019)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Kertakäyttöistä kylmäpakkausta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Opas ”LEBENSRETTENDE SOFORTMASSNAHMEN”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Pakkaus, jossa 10 paperinenäliinaa, 3-kerroksisia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8 × Bakteereja tuhoavaa ”PURAVIR”-desinfiointipyyhettä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PVS-kirurgista maskia, tyyppi IIR, 3-kerroksisia</w:t>
            </w:r>
          </w:p>
        </w:tc>
      </w:tr>
      <w:tr>
        <w:tc>
          <w:tcPr>
            <w:tcW w:w="2551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>Danish</w:t>
            </w:r>
          </w:p>
        </w:tc>
        <w:tc>
          <w:tcPr>
            <w:tcW w:w="6803" w:type="dxa"/>
          </w:tcPr>
          <w:p>
            <w:pPr>
              <w:spacing w:after="0" w:before="0" w:line="240" w:lineRule="auto"/>
            </w:pPr>
            <w:r>
              <w:rPr>
                <w:sz w:val="21"/>
              </w:rPr>
            </w:r>
            <w:r>
              <w:rPr>
                <w:rFonts w:ascii="Arial" w:hAnsi="Arial"/>
                <w:b/>
                <w:sz w:val="21"/>
              </w:rPr>
              <w:t xml:space="preserve">Beskrivelse: </w:t>
            </w:r>
            <w:r>
              <w:rPr>
                <w:rFonts w:ascii="Arial" w:hAnsi="Arial"/>
                <w:sz w:val="21"/>
              </w:rPr>
              <w:t>PDM-genopfyldningssæt til førstehjælpskufferter i henhold til DIN 13169, med komplet erstatningsindhold i overensstemmelse med standarden.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Dimensioner: </w:t>
            </w:r>
            <w:r>
              <w:rPr>
                <w:rFonts w:ascii="Arial" w:hAnsi="Arial"/>
                <w:sz w:val="21"/>
              </w:rPr>
              <w:t>20 × 12 × 3 cm · Vægt: 4,82 kg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Brugsanvisning: </w:t>
            </w:r>
            <w:r>
              <w:rPr>
                <w:rFonts w:ascii="Arial" w:hAnsi="Arial"/>
                <w:sz w:val="21"/>
              </w:rPr>
              <w:t>Udskift brugte eller udløbne artikler, og opbevar sættet på et rent og tørt sted, beskyttet mod varmekilder.</w:t>
            </w:r>
          </w:p>
          <w:p>
            <w:pPr>
              <w:spacing w:after="0" w:before="0" w:line="240" w:lineRule="auto"/>
            </w:pPr>
            <w:r>
              <w:rPr>
                <w:rFonts w:ascii="Arial" w:hAnsi="Arial"/>
                <w:b/>
                <w:sz w:val="21"/>
              </w:rPr>
              <w:t xml:space="preserve">Pakkens indhold: 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Neutral OLIMPIA-emballage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Ruller nonwoven-hæfteplaster 5 m × 2,5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30 assorterede plastre i minigrip-pose (DIN 13157)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Trykforbindinger 60 × 80 cm (DIN 13151-K)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6 × Sterile trykforbindinger 80 × 100 cm (M)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Sterile trykforbindinger 100 × 120 cm (G)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Sterile afdækningsstykker 60 × 80 cm (DIN 13152-A)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12 × Sterile gazekompresser 10 × 10 cm, 8 lag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Sterile selvklæbende øjenkompresser (nonwoven)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Isotermiske redningstæpper guld/sølv 160 × 210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Elastiske bind 4 m × 6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Elastiske bind 4 m × 8 cm (DIN 61634)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Trekantede nonwoven-stykker 96 × 96 × 136 cm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Lister-saks 19 cm (DIN 58279-A190)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Gennemsigtige minigrip-poser 300 × 400 mm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Pakker vinylhandsker (4 stk.)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3 × Plastre 10 × 6 cm (8 stk.) (DIN 13019)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2 × Øjeblikkelige kuldepakninger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Håndbog »LEBENSRETTENDE SOFORTMASSNAHMEN«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1 × Pakke med 10 papirlommetørklæder, 3 lag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8 × Bakteriedræbende desinfektionsservietter »PURAVIR«</w:t>
            </w:r>
            <w:r>
              <w:rPr>
                <w:sz w:val="21"/>
              </w:rPr>
              <w:br/>
            </w:r>
            <w:r>
              <w:rPr>
                <w:rFonts w:ascii="Arial" w:hAnsi="Arial"/>
                <w:sz w:val="21"/>
              </w:rPr>
              <w:t>• 4 × Kirurgiske masker type IIR PVS, 3 lag</w:t>
            </w:r>
          </w:p>
        </w:tc>
      </w:tr>
    </w:tbl>
    <w:p w14:paraId="608DFA70" w14:textId="77777777" w:rsidR="00635707" w:rsidRDefault="00635707"/>
    <w:p w14:paraId="41CD90A0" w14:textId="77777777" w:rsidR="00635707" w:rsidRPr="0013376E" w:rsidRDefault="00000000">
      <w:pPr>
        <w:spacing w:before="0" w:after="0"/>
        <w:rPr>
          <w:lang w:val="it-IT"/>
        </w:rPr>
      </w:pPr>
      <w:r>
        <w:rPr>
          <w:rFonts w:ascii="Arial" w:hAnsi="Arial"/>
          <w:sz w:val="18"/>
        </w:rPr>
        <w:t>PVS SpA – Cassina de Pecchi IT - Rev. - 03/08/2026</w:t>
      </w:r>
    </w:p>
    <w:sectPr w:rsidR="00635707" w:rsidRPr="0013376E" w:rsidSect="00034616">
      <w:head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FA407" w14:textId="77777777" w:rsidR="00BB0A0C" w:rsidRDefault="00BB0A0C">
      <w:pPr>
        <w:spacing w:after="0" w:line="240" w:lineRule="auto"/>
      </w:pPr>
      <w:r>
        <w:separator/>
      </w:r>
    </w:p>
  </w:endnote>
  <w:endnote w:type="continuationSeparator" w:id="0">
    <w:p w14:paraId="387B6499" w14:textId="77777777" w:rsidR="00BB0A0C" w:rsidRDefault="00BB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C290" w14:textId="77777777" w:rsidR="00BB0A0C" w:rsidRDefault="00BB0A0C">
      <w:pPr>
        <w:spacing w:after="0" w:line="240" w:lineRule="auto"/>
      </w:pPr>
      <w:r>
        <w:separator/>
      </w:r>
    </w:p>
  </w:footnote>
  <w:footnote w:type="continuationSeparator" w:id="0">
    <w:p w14:paraId="00FE015D" w14:textId="77777777" w:rsidR="00BB0A0C" w:rsidRDefault="00BB0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B0D5" w14:textId="77777777" w:rsidR="00635707" w:rsidRDefault="00000000">
    <w:pPr>
      <w:pStyle w:val="Intestazione"/>
      <w:jc w:val="right"/>
    </w:pPr>
    <w:r>
      <w:rPr>
        <w:noProof/>
      </w:rPr>
      <w:drawing>
        <wp:inline distT="0" distB="0" distL="0" distR="0" wp14:anchorId="128ECF8E" wp14:editId="0BBD33E9">
          <wp:extent cx="1260000" cy="833333"/>
          <wp:effectExtent l="0" t="0" r="0" b="0"/>
          <wp:docPr id="9284182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87908a8-76e4-4994-a05e-df2c18a0e1a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8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2741085">
    <w:abstractNumId w:val="8"/>
  </w:num>
  <w:num w:numId="2" w16cid:durableId="656306689">
    <w:abstractNumId w:val="6"/>
  </w:num>
  <w:num w:numId="3" w16cid:durableId="1093430896">
    <w:abstractNumId w:val="5"/>
  </w:num>
  <w:num w:numId="4" w16cid:durableId="1139103836">
    <w:abstractNumId w:val="4"/>
  </w:num>
  <w:num w:numId="5" w16cid:durableId="377706808">
    <w:abstractNumId w:val="7"/>
  </w:num>
  <w:num w:numId="6" w16cid:durableId="754595593">
    <w:abstractNumId w:val="3"/>
  </w:num>
  <w:num w:numId="7" w16cid:durableId="1140534865">
    <w:abstractNumId w:val="2"/>
  </w:num>
  <w:num w:numId="8" w16cid:durableId="1773353339">
    <w:abstractNumId w:val="1"/>
  </w:num>
  <w:num w:numId="9" w16cid:durableId="33338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376E"/>
    <w:rsid w:val="0015074B"/>
    <w:rsid w:val="0029639D"/>
    <w:rsid w:val="00326F90"/>
    <w:rsid w:val="00635707"/>
    <w:rsid w:val="006F2B29"/>
    <w:rsid w:val="0077652F"/>
    <w:rsid w:val="00842D1E"/>
    <w:rsid w:val="00AA1D8D"/>
    <w:rsid w:val="00B47730"/>
    <w:rsid w:val="00BB0A0C"/>
    <w:rsid w:val="00C70B93"/>
    <w:rsid w:val="00CB0664"/>
    <w:rsid w:val="00F246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3CAE8"/>
  <w14:defaultImageDpi w14:val="300"/>
  <w15:docId w15:val="{5A288203-C77A-4385-855C-7DBE29AB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Ileana Cassanmagnago</cp:lastModifiedBy>
  <cp:revision>4</cp:revision>
  <dcterms:created xsi:type="dcterms:W3CDTF">2013-12-23T23:15:00Z</dcterms:created>
  <dcterms:modified xsi:type="dcterms:W3CDTF">2025-11-13T08:26:00Z</dcterms:modified>
  <cp:category/>
</cp:coreProperties>
</file>